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HOA Dues Correspondence Templates</w:t>
      </w:r>
    </w:p>
    <w:p>
      <w:pPr>
        <w:pStyle w:val="Subtitle"/>
      </w:pPr>
      <w:r>
        <w:t>This file contains two ready-to-use letters: a routine payment reminder and a special assessment notice. Replace the bracketed placeholders before sending.</w:t>
      </w:r>
    </w:p>
    <w:p>
      <w:pPr>
        <w:pStyle w:val="Heading1"/>
      </w:pPr>
      <w:r>
        <w:t>Letter 1: Payment Reminder / Past Due Notice</w:t>
      </w:r>
    </w:p>
    <w:p>
      <w:r>
        <w:t>[Date]</w:t>
      </w:r>
    </w:p>
    <w:p>
      <w:r>
        <w:t>[Owner Name]</w:t>
        <w:br/>
        <w:t>[Property Address]</w:t>
        <w:br/>
        <w:t>[City, State ZIP]</w:t>
      </w:r>
    </w:p>
    <w:p>
      <w:r>
        <w:rPr>
          <w:b/>
        </w:rPr>
        <w:t>Re: Past Due Assessment — [Property Address]</w:t>
      </w:r>
    </w:p>
    <w:p>
      <w:r>
        <w:t>Dear [Owner Name],</w:t>
      </w:r>
    </w:p>
    <w:p>
      <w:r>
        <w:t>Our records show that your regular assessment of $[amount], due on [due date], has not yet been received. As of the date of this letter, your account balance is $[total balance], which includes a late fee of $[late fee amount] applied on [date] in accordance with the Association's collection policy.</w:t>
      </w:r>
    </w:p>
    <w:p>
      <w:r>
        <w:t>If payment has already been sent, please disregard this notice. Otherwise, we ask that you bring your account current by [date, typically 10-15 days out] to avoid further late fees or additional collection action.</w:t>
      </w:r>
    </w:p>
    <w:p>
      <w:r>
        <w:t>Payment options:</w:t>
      </w:r>
    </w:p>
    <w:p>
      <w:pPr>
        <w:pStyle w:val="ListBullet"/>
      </w:pPr>
      <w:r>
        <w:t>Online through the resident portal at [portal URL]</w:t>
      </w:r>
    </w:p>
    <w:p>
      <w:pPr>
        <w:pStyle w:val="ListBullet"/>
      </w:pPr>
      <w:r>
        <w:t>ACH bank transfer (see portal for setup instructions)</w:t>
      </w:r>
    </w:p>
    <w:p>
      <w:pPr>
        <w:pStyle w:val="ListBullet"/>
      </w:pPr>
      <w:r>
        <w:t>Check payable to [Association Name], mailed to [payment address]</w:t>
      </w:r>
    </w:p>
    <w:p>
      <w:r>
        <w:t>If you are experiencing a financial hardship, please contact us at [contact email/phone] to discuss a payment plan before the date above.</w:t>
      </w:r>
    </w:p>
    <w:p>
      <w:r>
        <w:t>Thank you for your prompt attention to this matter.</w:t>
      </w:r>
    </w:p>
    <w:p>
      <w:r>
        <w:t>Sincerely,</w:t>
      </w:r>
    </w:p>
    <w:p/>
    <w:p>
      <w:r>
        <w:t>_______________________________________</w:t>
      </w:r>
    </w:p>
    <w:p>
      <w:r>
        <w:t>[Name], Treasurer, Board of Directors, Board of Directors</w:t>
      </w:r>
    </w:p>
    <w:p>
      <w:r>
        <w:t>Date: _______________</w:t>
      </w:r>
    </w:p>
    <w:p>
      <w:r>
        <w:br w:type="page"/>
      </w:r>
    </w:p>
    <w:p>
      <w:pPr>
        <w:pStyle w:val="Heading1"/>
      </w:pPr>
      <w:r>
        <w:t>Letter 2: Special Assessment Notice</w:t>
      </w:r>
    </w:p>
    <w:p>
      <w:r>
        <w:t>[Date]</w:t>
      </w:r>
    </w:p>
    <w:p>
      <w:r>
        <w:t>Dear Members of [Association Name],</w:t>
      </w:r>
    </w:p>
    <w:p>
      <w:r>
        <w:t>At the [Board meeting / membership meeting] held on [date], the [Board of Directors / membership] approved a special assessment to fund [reason: e.g., roof replacement, roadway repaving, reserve shortfall]. This letter serves as official notice of that assessment as required by the Association's governing documents.</w:t>
      </w:r>
    </w:p>
    <w:p>
      <w:r>
        <w:t>Assessment details:</w:t>
      </w:r>
    </w:p>
    <w:p>
      <w:pPr>
        <w:pStyle w:val="ListBullet"/>
      </w:pPr>
      <w:r>
        <w:t>Total project / special assessment amount: $[total amount]</w:t>
      </w:r>
    </w:p>
    <w:p>
      <w:pPr>
        <w:pStyle w:val="ListBullet"/>
      </w:pPr>
      <w:r>
        <w:t>Amount per Lot: $[per-unit amount]</w:t>
      </w:r>
    </w:p>
    <w:p>
      <w:pPr>
        <w:pStyle w:val="ListBullet"/>
      </w:pPr>
      <w:r>
        <w:t>Due date: [due date], or in [number] installments of $[amount] beginning [date]</w:t>
      </w:r>
    </w:p>
    <w:p>
      <w:pPr>
        <w:pStyle w:val="ListBullet"/>
      </w:pPr>
      <w:r>
        <w:t>Basis for the assessment: [brief description, reference to governing document section authorizing it]</w:t>
      </w:r>
    </w:p>
    <w:p>
      <w:r>
        <w:t>As with regular assessments, this special assessment may be paid online, by ACH, or by check using the same payment options as your regular dues. Please see the reminder letter above for details, or contact us at [contact email/phone] with questions.</w:t>
      </w:r>
    </w:p>
    <w:p>
      <w:r>
        <w:t>We understand that a special assessment is a significant request and appreciate your support in maintaining and improving our community.</w:t>
      </w:r>
    </w:p>
    <w:p>
      <w:r>
        <w:t>Sincerely,</w:t>
      </w:r>
    </w:p>
    <w:p/>
    <w:p>
      <w:r>
        <w:t>_______________________________________</w:t>
      </w:r>
    </w:p>
    <w:p>
      <w:r>
        <w:t>[Name], Board of Directors, Board of Directors</w:t>
      </w:r>
    </w:p>
    <w:p>
      <w:r>
        <w:t>Date: 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