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[Association Name] Board of Directors Meeting Minutes</w:t>
      </w:r>
    </w:p>
    <w:p>
      <w:r>
        <w:rPr>
          <w:b/>
        </w:rPr>
        <w:t xml:space="preserve">Date: </w:t>
      </w:r>
      <w:r>
        <w:t xml:space="preserve">[Month Day, Year]     </w:t>
      </w:r>
      <w:r>
        <w:rPr>
          <w:b/>
        </w:rPr>
        <w:t xml:space="preserve">Time: </w:t>
      </w:r>
      <w:r>
        <w:t xml:space="preserve">[Start Time]     </w:t>
      </w:r>
      <w:r>
        <w:rPr>
          <w:b/>
        </w:rPr>
        <w:t xml:space="preserve">Location: </w:t>
      </w:r>
      <w:r>
        <w:t>[Meeting Location / Video Link]</w:t>
      </w:r>
    </w:p>
    <w:p>
      <w:pPr>
        <w:pStyle w:val="Heading1"/>
      </w:pPr>
      <w:r>
        <w:t>1. Call to Order</w:t>
      </w:r>
    </w:p>
    <w:p>
      <w:r>
        <w:t>The meeting was called to order at [time] by [Name], President.</w:t>
      </w:r>
    </w:p>
    <w:p>
      <w:pPr>
        <w:pStyle w:val="Heading1"/>
      </w:pPr>
      <w:r>
        <w:t>2. Roll Call and Quorum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Board Member</w:t>
            </w:r>
          </w:p>
        </w:tc>
        <w:tc>
          <w:tcPr>
            <w:tcW w:type="dxa" w:w="2880"/>
          </w:tcPr>
          <w:p>
            <w:r>
              <w:rPr>
                <w:b/>
              </w:rPr>
              <w:t>Role</w:t>
            </w:r>
          </w:p>
        </w:tc>
        <w:tc>
          <w:tcPr>
            <w:tcW w:type="dxa" w:w="2880"/>
          </w:tcPr>
          <w:p>
            <w:r>
              <w:rPr>
                <w:b/>
              </w:rPr>
              <w:t>Present / Absent</w:t>
            </w:r>
          </w:p>
        </w:tc>
      </w:tr>
      <w:tr>
        <w:tc>
          <w:tcPr>
            <w:tcW w:type="dxa" w:w="2880"/>
          </w:tcPr>
          <w:p>
            <w:r>
              <w:t>[Name]</w:t>
            </w:r>
          </w:p>
        </w:tc>
        <w:tc>
          <w:tcPr>
            <w:tcW w:type="dxa" w:w="2880"/>
          </w:tcPr>
          <w:p>
            <w:r>
              <w:t>President</w:t>
            </w:r>
          </w:p>
        </w:tc>
        <w:tc>
          <w:tcPr>
            <w:tcW w:type="dxa" w:w="2880"/>
          </w:tcPr>
          <w:p>
            <w:r>
              <w:t>Present</w:t>
            </w:r>
          </w:p>
        </w:tc>
      </w:tr>
      <w:tr>
        <w:tc>
          <w:tcPr>
            <w:tcW w:type="dxa" w:w="2880"/>
          </w:tcPr>
          <w:p>
            <w:r>
              <w:t>[Name]</w:t>
            </w:r>
          </w:p>
        </w:tc>
        <w:tc>
          <w:tcPr>
            <w:tcW w:type="dxa" w:w="2880"/>
          </w:tcPr>
          <w:p>
            <w:r>
              <w:t>Vice President</w:t>
            </w:r>
          </w:p>
        </w:tc>
        <w:tc>
          <w:tcPr>
            <w:tcW w:type="dxa" w:w="2880"/>
          </w:tcPr>
          <w:p>
            <w:r>
              <w:t>Present</w:t>
            </w:r>
          </w:p>
        </w:tc>
      </w:tr>
      <w:tr>
        <w:tc>
          <w:tcPr>
            <w:tcW w:type="dxa" w:w="2880"/>
          </w:tcPr>
          <w:p>
            <w:r>
              <w:t>[Name]</w:t>
            </w:r>
          </w:p>
        </w:tc>
        <w:tc>
          <w:tcPr>
            <w:tcW w:type="dxa" w:w="2880"/>
          </w:tcPr>
          <w:p>
            <w:r>
              <w:t>Treasurer</w:t>
            </w:r>
          </w:p>
        </w:tc>
        <w:tc>
          <w:tcPr>
            <w:tcW w:type="dxa" w:w="2880"/>
          </w:tcPr>
          <w:p>
            <w:r>
              <w:t>Present</w:t>
            </w:r>
          </w:p>
        </w:tc>
      </w:tr>
      <w:tr>
        <w:tc>
          <w:tcPr>
            <w:tcW w:type="dxa" w:w="2880"/>
          </w:tcPr>
          <w:p>
            <w:r>
              <w:t>[Name]</w:t>
            </w:r>
          </w:p>
        </w:tc>
        <w:tc>
          <w:tcPr>
            <w:tcW w:type="dxa" w:w="2880"/>
          </w:tcPr>
          <w:p>
            <w:r>
              <w:t>Secretary</w:t>
            </w:r>
          </w:p>
        </w:tc>
        <w:tc>
          <w:tcPr>
            <w:tcW w:type="dxa" w:w="2880"/>
          </w:tcPr>
          <w:p>
            <w:r>
              <w:t>Present</w:t>
            </w:r>
          </w:p>
        </w:tc>
      </w:tr>
      <w:tr>
        <w:tc>
          <w:tcPr>
            <w:tcW w:type="dxa" w:w="2880"/>
          </w:tcPr>
          <w:p>
            <w:r>
              <w:t>[Name]</w:t>
            </w:r>
          </w:p>
        </w:tc>
        <w:tc>
          <w:tcPr>
            <w:tcW w:type="dxa" w:w="2880"/>
          </w:tcPr>
          <w:p>
            <w:r>
              <w:t>Director at Large</w:t>
            </w:r>
          </w:p>
        </w:tc>
        <w:tc>
          <w:tcPr>
            <w:tcW w:type="dxa" w:w="2880"/>
          </w:tcPr>
          <w:p>
            <w:r>
              <w:t>Absent</w:t>
            </w:r>
          </w:p>
        </w:tc>
      </w:tr>
    </w:tbl>
    <w:p>
      <w:r>
        <w:t>A quorum of the Board ([majority of seated directors]) was confirmed present.</w:t>
      </w:r>
    </w:p>
    <w:p>
      <w:pPr>
        <w:pStyle w:val="Heading1"/>
      </w:pPr>
      <w:r>
        <w:t>3. Approval of Prior Minutes</w:t>
      </w:r>
    </w:p>
    <w:p>
      <w:r>
        <w:t>The minutes of the [prior meeting date] meeting were reviewed. Motion to approve as [written / amended] made by [Name], seconded by [Name]. Motion [carried / failed].</w:t>
      </w:r>
    </w:p>
    <w:p>
      <w:pPr>
        <w:pStyle w:val="Heading1"/>
      </w:pPr>
      <w:r>
        <w:t>4. Officer and Committee Reports</w:t>
      </w:r>
    </w:p>
    <w:p>
      <w:r>
        <w:t>Treasurer's Report: [Name] reported the current operating balance of $[amount], reserve balance of $[amount], and delinquency status of [number] accounts totaling $[amount] past due. [Summarize budget variance, if any.]</w:t>
      </w:r>
    </w:p>
    <w:p>
      <w:r>
        <w:t>Committee Reports: [Architectural Review Committee / Landscaping Committee / other] reported [summary of activity since the last meeting].</w:t>
      </w:r>
    </w:p>
    <w:p>
      <w:pPr>
        <w:pStyle w:val="Heading1"/>
      </w:pPr>
      <w:r>
        <w:t>5. Old Business</w:t>
      </w:r>
    </w:p>
    <w:p>
      <w:r>
        <w:t>[Item carried over from a prior meeting and its status.]</w:t>
      </w:r>
    </w:p>
    <w:p>
      <w:pPr>
        <w:pStyle w:val="Heading1"/>
      </w:pPr>
      <w:r>
        <w:t>6. New Business</w:t>
      </w:r>
    </w:p>
    <w:p>
      <w:r>
        <w:t>[New item brought before the Board for discussion or action.]</w:t>
      </w:r>
    </w:p>
    <w:p>
      <w:pPr>
        <w:pStyle w:val="Heading1"/>
      </w:pPr>
      <w:r>
        <w:t>7. Motions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  <w:t>Motion</w:t>
            </w:r>
          </w:p>
        </w:tc>
        <w:tc>
          <w:tcPr>
            <w:tcW w:type="dxa" w:w="1728"/>
          </w:tcPr>
          <w:p>
            <w:r>
              <w:rPr>
                <w:b/>
              </w:rPr>
              <w:t>Moved By</w:t>
            </w:r>
          </w:p>
        </w:tc>
        <w:tc>
          <w:tcPr>
            <w:tcW w:type="dxa" w:w="1728"/>
          </w:tcPr>
          <w:p>
            <w:r>
              <w:rPr>
                <w:b/>
              </w:rPr>
              <w:t>Seconded By</w:t>
            </w:r>
          </w:p>
        </w:tc>
        <w:tc>
          <w:tcPr>
            <w:tcW w:type="dxa" w:w="1728"/>
          </w:tcPr>
          <w:p>
            <w:r>
              <w:rPr>
                <w:b/>
              </w:rPr>
              <w:t>Vote</w:t>
            </w:r>
          </w:p>
        </w:tc>
        <w:tc>
          <w:tcPr>
            <w:tcW w:type="dxa" w:w="1728"/>
          </w:tcPr>
          <w:p>
            <w:r>
              <w:rPr>
                <w:b/>
              </w:rPr>
              <w:t>Result</w:t>
            </w:r>
          </w:p>
        </w:tc>
      </w:tr>
      <w:tr>
        <w:tc>
          <w:tcPr>
            <w:tcW w:type="dxa" w:w="1728"/>
          </w:tcPr>
          <w:p>
            <w:r>
              <w:t>[Description of motion]</w:t>
            </w:r>
          </w:p>
        </w:tc>
        <w:tc>
          <w:tcPr>
            <w:tcW w:type="dxa" w:w="1728"/>
          </w:tcPr>
          <w:p>
            <w:r>
              <w:t>[Name]</w:t>
            </w:r>
          </w:p>
        </w:tc>
        <w:tc>
          <w:tcPr>
            <w:tcW w:type="dxa" w:w="1728"/>
          </w:tcPr>
          <w:p>
            <w:r>
              <w:t>[Name]</w:t>
            </w:r>
          </w:p>
        </w:tc>
        <w:tc>
          <w:tcPr>
            <w:tcW w:type="dxa" w:w="1728"/>
          </w:tcPr>
          <w:p>
            <w:r>
              <w:t>[4-0]</w:t>
            </w:r>
          </w:p>
        </w:tc>
        <w:tc>
          <w:tcPr>
            <w:tcW w:type="dxa" w:w="1728"/>
          </w:tcPr>
          <w:p>
            <w:r>
              <w:t>Carried</w:t>
            </w:r>
          </w:p>
        </w:tc>
      </w:tr>
      <w:tr>
        <w:tc>
          <w:tcPr>
            <w:tcW w:type="dxa" w:w="1728"/>
          </w:tcPr>
          <w:p>
            <w:r>
              <w:t>[Description of motion]</w:t>
            </w:r>
          </w:p>
        </w:tc>
        <w:tc>
          <w:tcPr>
            <w:tcW w:type="dxa" w:w="1728"/>
          </w:tcPr>
          <w:p>
            <w:r>
              <w:t>[Name]</w:t>
            </w:r>
          </w:p>
        </w:tc>
        <w:tc>
          <w:tcPr>
            <w:tcW w:type="dxa" w:w="1728"/>
          </w:tcPr>
          <w:p>
            <w:r>
              <w:t>[Name]</w:t>
            </w:r>
          </w:p>
        </w:tc>
        <w:tc>
          <w:tcPr>
            <w:tcW w:type="dxa" w:w="1728"/>
          </w:tcPr>
          <w:p>
            <w:r>
              <w:t>[3-1]</w:t>
            </w:r>
          </w:p>
        </w:tc>
        <w:tc>
          <w:tcPr>
            <w:tcW w:type="dxa" w:w="1728"/>
          </w:tcPr>
          <w:p>
            <w:r>
              <w:t>Carried</w:t>
            </w:r>
          </w:p>
        </w:tc>
      </w:tr>
    </w:tbl>
    <w:p>
      <w:pPr>
        <w:pStyle w:val="Heading1"/>
      </w:pPr>
      <w:r>
        <w:t>8. Adjournment</w:t>
      </w:r>
    </w:p>
    <w:p>
      <w:r>
        <w:t>There being no further business, the meeting was adjourned at [time] on a motion by [Name], seconded by [Name].</w:t>
      </w:r>
    </w:p>
    <w:p>
      <w:r>
        <w:t>Next regular meeting: [Date, Time, Location].</w:t>
      </w:r>
    </w:p>
    <w:p>
      <w:pPr>
        <w:pStyle w:val="Heading1"/>
      </w:pPr>
      <w:r>
        <w:t>Approval</w:t>
      </w:r>
    </w:p>
    <w:p>
      <w:r>
        <w:t>These minutes were approved by the Board at its meeting on [Date].</w:t>
      </w:r>
    </w:p>
    <w:p/>
    <w:p>
      <w:r>
        <w:t>_______________________________________</w:t>
      </w:r>
    </w:p>
    <w:p>
      <w:r>
        <w:t>[Name], Secretary, Board of Directors</w:t>
      </w:r>
    </w:p>
    <w:p>
      <w:r>
        <w:t>Date: 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